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83" w:rsidRPr="009E5355" w:rsidRDefault="006D1E68">
      <w:pPr>
        <w:jc w:val="center"/>
        <w:rPr>
          <w:lang w:val="it-IT"/>
        </w:rPr>
      </w:pPr>
      <w:r w:rsidRPr="009E5355">
        <w:rPr>
          <w:b/>
          <w:sz w:val="24"/>
          <w:lang w:val="it-IT"/>
        </w:rPr>
        <w:t>ALLO SPORTELLO UNICO PER LE ATTIVITÀ PRODUTTIVE – SUAP</w:t>
      </w:r>
      <w:r w:rsidRPr="009E5355">
        <w:rPr>
          <w:b/>
          <w:sz w:val="24"/>
          <w:lang w:val="it-IT"/>
        </w:rPr>
        <w:br/>
      </w:r>
      <w:r w:rsidRPr="009E5355">
        <w:rPr>
          <w:b/>
          <w:lang w:val="it-IT"/>
        </w:rPr>
        <w:t>del Comune di ______________________________</w:t>
      </w:r>
    </w:p>
    <w:p w:rsidR="00AB2383" w:rsidRPr="009E5355" w:rsidRDefault="006D1E68">
      <w:pPr>
        <w:jc w:val="center"/>
        <w:rPr>
          <w:lang w:val="it-IT"/>
        </w:rPr>
      </w:pPr>
      <w:r w:rsidRPr="009E5355">
        <w:rPr>
          <w:b/>
          <w:lang w:val="it-IT"/>
        </w:rPr>
        <w:t>OGGE</w:t>
      </w:r>
      <w:r w:rsidR="00FE6016" w:rsidRPr="009E5355">
        <w:rPr>
          <w:b/>
          <w:lang w:val="it-IT"/>
        </w:rPr>
        <w:t xml:space="preserve">TTO: </w:t>
      </w:r>
      <w:r w:rsidR="00C3021A" w:rsidRPr="009E5355">
        <w:rPr>
          <w:b/>
          <w:u w:val="single"/>
          <w:lang w:val="it-IT"/>
        </w:rPr>
        <w:t>COMUNICAZIONE</w:t>
      </w:r>
      <w:r w:rsidR="00FE6016" w:rsidRPr="009E5355">
        <w:rPr>
          <w:b/>
          <w:lang w:val="it-IT"/>
        </w:rPr>
        <w:t xml:space="preserve"> di CESSAZIONE</w:t>
      </w:r>
      <w:r w:rsidR="004E7E67" w:rsidRPr="009E5355">
        <w:rPr>
          <w:b/>
          <w:lang w:val="it-IT"/>
        </w:rPr>
        <w:t xml:space="preserve"> </w:t>
      </w:r>
      <w:r w:rsidR="00FE6016" w:rsidRPr="009E5355">
        <w:rPr>
          <w:b/>
          <w:lang w:val="it-IT"/>
        </w:rPr>
        <w:t>/ SOSPENSIONE</w:t>
      </w:r>
      <w:r w:rsidRPr="009E5355">
        <w:rPr>
          <w:b/>
          <w:lang w:val="it-IT"/>
        </w:rPr>
        <w:t xml:space="preserve"> dell'attività di locazione p</w:t>
      </w:r>
      <w:r w:rsidR="00EC3EBB" w:rsidRPr="009E5355">
        <w:rPr>
          <w:b/>
          <w:lang w:val="it-IT"/>
        </w:rPr>
        <w:t>er finalità turistiche in forma non</w:t>
      </w:r>
      <w:r w:rsidR="00FE6016" w:rsidRPr="009E5355">
        <w:rPr>
          <w:b/>
          <w:lang w:val="it-IT"/>
        </w:rPr>
        <w:t xml:space="preserve"> </w:t>
      </w:r>
      <w:r w:rsidRPr="009E5355">
        <w:rPr>
          <w:b/>
          <w:lang w:val="it-IT"/>
        </w:rPr>
        <w:t>imprenditoriale</w:t>
      </w:r>
    </w:p>
    <w:p w:rsidR="00AB2383" w:rsidRPr="009E5355" w:rsidRDefault="00AB2383">
      <w:pPr>
        <w:rPr>
          <w:lang w:val="it-IT"/>
        </w:rPr>
      </w:pPr>
      <w:bookmarkStart w:id="0" w:name="_GoBack"/>
      <w:bookmarkEnd w:id="0"/>
    </w:p>
    <w:p w:rsidR="00AB2383" w:rsidRDefault="006D1E68" w:rsidP="009A2E0A">
      <w:pPr>
        <w:jc w:val="center"/>
      </w:pPr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>/a</w:t>
      </w:r>
    </w:p>
    <w:tbl>
      <w:tblPr>
        <w:tblStyle w:val="PlainTable2"/>
        <w:tblW w:w="0" w:type="auto"/>
        <w:tblLook w:val="04A0"/>
      </w:tblPr>
      <w:tblGrid>
        <w:gridCol w:w="4920"/>
        <w:gridCol w:w="4920"/>
      </w:tblGrid>
      <w:tr w:rsidR="00AB2383" w:rsidTr="009A2E0A">
        <w:trPr>
          <w:cnfStyle w:val="100000000000"/>
        </w:trPr>
        <w:tc>
          <w:tcPr>
            <w:cnfStyle w:val="001000000000"/>
            <w:tcW w:w="4920" w:type="dxa"/>
          </w:tcPr>
          <w:p w:rsidR="00AB2383" w:rsidRDefault="006D1E68">
            <w:r>
              <w:t xml:space="preserve">Nome e </w:t>
            </w:r>
            <w:proofErr w:type="spellStart"/>
            <w:r>
              <w:t>cognome</w:t>
            </w:r>
            <w:proofErr w:type="spellEnd"/>
          </w:p>
        </w:tc>
        <w:tc>
          <w:tcPr>
            <w:tcW w:w="4920" w:type="dxa"/>
          </w:tcPr>
          <w:p w:rsidR="00AB2383" w:rsidRDefault="00AB2383">
            <w:pPr>
              <w:cnfStyle w:val="100000000000"/>
            </w:pPr>
          </w:p>
        </w:tc>
      </w:tr>
      <w:tr w:rsidR="00AB2383" w:rsidTr="009A2E0A">
        <w:trPr>
          <w:cnfStyle w:val="000000100000"/>
        </w:trPr>
        <w:tc>
          <w:tcPr>
            <w:cnfStyle w:val="001000000000"/>
            <w:tcW w:w="4920" w:type="dxa"/>
          </w:tcPr>
          <w:p w:rsidR="00AB2383" w:rsidRDefault="006D1E68">
            <w:r>
              <w:t>Codice fiscale</w:t>
            </w:r>
          </w:p>
        </w:tc>
        <w:tc>
          <w:tcPr>
            <w:tcW w:w="4920" w:type="dxa"/>
          </w:tcPr>
          <w:p w:rsidR="00AB2383" w:rsidRDefault="00AB2383">
            <w:pPr>
              <w:cnfStyle w:val="000000100000"/>
            </w:pPr>
          </w:p>
        </w:tc>
      </w:tr>
      <w:tr w:rsidR="00AB2383" w:rsidTr="009A2E0A">
        <w:tc>
          <w:tcPr>
            <w:cnfStyle w:val="001000000000"/>
            <w:tcW w:w="4920" w:type="dxa"/>
          </w:tcPr>
          <w:p w:rsidR="00AB2383" w:rsidRDefault="006D1E68">
            <w:r>
              <w:t>Nato/a a</w:t>
            </w:r>
          </w:p>
        </w:tc>
        <w:tc>
          <w:tcPr>
            <w:tcW w:w="4920" w:type="dxa"/>
          </w:tcPr>
          <w:p w:rsidR="00AB2383" w:rsidRDefault="00AB2383">
            <w:pPr>
              <w:cnfStyle w:val="000000000000"/>
            </w:pPr>
          </w:p>
        </w:tc>
      </w:tr>
      <w:tr w:rsidR="00AB2383" w:rsidTr="009A2E0A">
        <w:trPr>
          <w:cnfStyle w:val="000000100000"/>
        </w:trPr>
        <w:tc>
          <w:tcPr>
            <w:cnfStyle w:val="001000000000"/>
            <w:tcW w:w="4920" w:type="dxa"/>
          </w:tcPr>
          <w:p w:rsidR="00AB2383" w:rsidRDefault="006D1E68">
            <w:r>
              <w:t>Il</w:t>
            </w:r>
          </w:p>
        </w:tc>
        <w:tc>
          <w:tcPr>
            <w:tcW w:w="4920" w:type="dxa"/>
          </w:tcPr>
          <w:p w:rsidR="00AB2383" w:rsidRDefault="00AB2383">
            <w:pPr>
              <w:cnfStyle w:val="000000100000"/>
            </w:pPr>
          </w:p>
        </w:tc>
      </w:tr>
      <w:tr w:rsidR="00AB2383" w:rsidTr="009A2E0A">
        <w:tc>
          <w:tcPr>
            <w:cnfStyle w:val="001000000000"/>
            <w:tcW w:w="4920" w:type="dxa"/>
          </w:tcPr>
          <w:p w:rsidR="00AB2383" w:rsidRDefault="006D1E68">
            <w:r>
              <w:t>Residente in</w:t>
            </w:r>
          </w:p>
        </w:tc>
        <w:tc>
          <w:tcPr>
            <w:tcW w:w="4920" w:type="dxa"/>
          </w:tcPr>
          <w:p w:rsidR="00AB2383" w:rsidRDefault="00AB2383">
            <w:pPr>
              <w:cnfStyle w:val="000000000000"/>
            </w:pPr>
          </w:p>
        </w:tc>
      </w:tr>
      <w:tr w:rsidR="00AB2383" w:rsidTr="009A2E0A">
        <w:trPr>
          <w:cnfStyle w:val="000000100000"/>
        </w:trPr>
        <w:tc>
          <w:tcPr>
            <w:cnfStyle w:val="001000000000"/>
            <w:tcW w:w="4920" w:type="dxa"/>
          </w:tcPr>
          <w:p w:rsidR="00AB2383" w:rsidRDefault="006D1E68">
            <w:r>
              <w:t>Via / n.</w:t>
            </w:r>
          </w:p>
        </w:tc>
        <w:tc>
          <w:tcPr>
            <w:tcW w:w="4920" w:type="dxa"/>
          </w:tcPr>
          <w:p w:rsidR="00AB2383" w:rsidRDefault="00AB2383">
            <w:pPr>
              <w:cnfStyle w:val="000000100000"/>
            </w:pPr>
          </w:p>
        </w:tc>
      </w:tr>
      <w:tr w:rsidR="00AB2383" w:rsidTr="009A2E0A">
        <w:tc>
          <w:tcPr>
            <w:cnfStyle w:val="001000000000"/>
            <w:tcW w:w="4920" w:type="dxa"/>
          </w:tcPr>
          <w:p w:rsidR="00AB2383" w:rsidRDefault="006D1E68">
            <w:r>
              <w:t>Telefono</w:t>
            </w:r>
          </w:p>
        </w:tc>
        <w:tc>
          <w:tcPr>
            <w:tcW w:w="4920" w:type="dxa"/>
          </w:tcPr>
          <w:p w:rsidR="00AB2383" w:rsidRDefault="00AB2383">
            <w:pPr>
              <w:cnfStyle w:val="000000000000"/>
            </w:pPr>
          </w:p>
        </w:tc>
      </w:tr>
      <w:tr w:rsidR="00AB2383" w:rsidTr="009A2E0A">
        <w:trPr>
          <w:cnfStyle w:val="000000100000"/>
        </w:trPr>
        <w:tc>
          <w:tcPr>
            <w:cnfStyle w:val="001000000000"/>
            <w:tcW w:w="4920" w:type="dxa"/>
          </w:tcPr>
          <w:p w:rsidR="00AB2383" w:rsidRDefault="006D1E68">
            <w:r>
              <w:t>E-mail / PEC</w:t>
            </w:r>
          </w:p>
        </w:tc>
        <w:tc>
          <w:tcPr>
            <w:tcW w:w="4920" w:type="dxa"/>
          </w:tcPr>
          <w:p w:rsidR="00AB2383" w:rsidRDefault="00AB2383">
            <w:pPr>
              <w:cnfStyle w:val="000000100000"/>
            </w:pPr>
          </w:p>
        </w:tc>
      </w:tr>
    </w:tbl>
    <w:p w:rsidR="00AB2383" w:rsidRDefault="00AB2383"/>
    <w:p w:rsidR="00AB2383" w:rsidRPr="009E5355" w:rsidRDefault="006D1E68">
      <w:pPr>
        <w:rPr>
          <w:lang w:val="it-IT"/>
        </w:rPr>
      </w:pPr>
      <w:r w:rsidRPr="009E5355">
        <w:rPr>
          <w:lang w:val="it-IT"/>
        </w:rPr>
        <w:t>in qualità di proprietario/a – comproprietario/a dell'unità immobiliare sita nel Comune di ______________________________</w:t>
      </w:r>
    </w:p>
    <w:p w:rsidR="00AB2383" w:rsidRPr="009E5355" w:rsidRDefault="006D1E68">
      <w:pPr>
        <w:rPr>
          <w:lang w:val="it-IT"/>
        </w:rPr>
      </w:pPr>
      <w:r w:rsidRPr="009E5355">
        <w:rPr>
          <w:b/>
          <w:lang w:val="it-IT"/>
        </w:rPr>
        <w:t xml:space="preserve">Indirizzo: </w:t>
      </w:r>
      <w:r w:rsidRPr="009E5355">
        <w:rPr>
          <w:lang w:val="it-IT"/>
        </w:rPr>
        <w:t>____________________________________________________________</w:t>
      </w:r>
      <w:r w:rsidR="00102A53" w:rsidRPr="009E5355">
        <w:rPr>
          <w:lang w:val="it-IT"/>
        </w:rPr>
        <w:t>___________________</w:t>
      </w:r>
    </w:p>
    <w:p w:rsidR="00AB2383" w:rsidRPr="009E5355" w:rsidRDefault="006D1E68">
      <w:pPr>
        <w:rPr>
          <w:lang w:val="it-IT"/>
        </w:rPr>
      </w:pPr>
      <w:r w:rsidRPr="009E5355">
        <w:rPr>
          <w:b/>
          <w:lang w:val="it-IT"/>
        </w:rPr>
        <w:t xml:space="preserve">Dati catastali: </w:t>
      </w:r>
      <w:r w:rsidRPr="009E5355">
        <w:rPr>
          <w:lang w:val="it-IT"/>
        </w:rPr>
        <w:t>Foglio ______  Particella ______  Subalterno ______</w:t>
      </w:r>
    </w:p>
    <w:p w:rsidR="00AB2383" w:rsidRPr="009E5355" w:rsidRDefault="006D1E68">
      <w:pPr>
        <w:rPr>
          <w:lang w:val="it-IT"/>
        </w:rPr>
      </w:pPr>
      <w:r w:rsidRPr="009E5355">
        <w:rPr>
          <w:b/>
          <w:lang w:val="it-IT"/>
        </w:rPr>
        <w:t xml:space="preserve">CIR: </w:t>
      </w:r>
      <w:r w:rsidRPr="009E5355">
        <w:rPr>
          <w:lang w:val="it-IT"/>
        </w:rPr>
        <w:t>________________________________</w:t>
      </w:r>
      <w:r w:rsidR="00762A30" w:rsidRPr="009E5355">
        <w:rPr>
          <w:lang w:val="it-IT"/>
        </w:rPr>
        <w:t>___</w:t>
      </w:r>
      <w:r w:rsidRPr="009E5355">
        <w:rPr>
          <w:lang w:val="it-IT"/>
        </w:rPr>
        <w:t xml:space="preserve">   </w:t>
      </w:r>
      <w:r w:rsidRPr="009E5355">
        <w:rPr>
          <w:b/>
          <w:lang w:val="it-IT"/>
        </w:rPr>
        <w:t xml:space="preserve">CIN: </w:t>
      </w:r>
      <w:r w:rsidRPr="009E5355">
        <w:rPr>
          <w:lang w:val="it-IT"/>
        </w:rPr>
        <w:t>________________________________</w:t>
      </w:r>
      <w:r w:rsidR="00762A30" w:rsidRPr="009E5355">
        <w:rPr>
          <w:lang w:val="it-IT"/>
        </w:rPr>
        <w:t>_________</w:t>
      </w:r>
    </w:p>
    <w:p w:rsidR="00AB2383" w:rsidRPr="009E5355" w:rsidRDefault="006D1E68">
      <w:pPr>
        <w:jc w:val="center"/>
        <w:rPr>
          <w:lang w:val="it-IT"/>
        </w:rPr>
      </w:pPr>
      <w:r w:rsidRPr="009E5355">
        <w:rPr>
          <w:b/>
          <w:lang w:val="it-IT"/>
        </w:rPr>
        <w:t>COMUNICA</w:t>
      </w:r>
    </w:p>
    <w:p w:rsidR="00AB2383" w:rsidRPr="009E5355" w:rsidRDefault="006D1E68">
      <w:pPr>
        <w:rPr>
          <w:lang w:val="it-IT"/>
        </w:rPr>
      </w:pPr>
      <w:r w:rsidRPr="009E5355">
        <w:rPr>
          <w:lang w:val="it-IT"/>
        </w:rPr>
        <w:t>la</w:t>
      </w:r>
      <w:r w:rsidRPr="009E5355">
        <w:rPr>
          <w:b/>
          <w:lang w:val="it-IT"/>
        </w:rPr>
        <w:t xml:space="preserve"> cessazione</w:t>
      </w:r>
      <w:r w:rsidR="004E7E67" w:rsidRPr="009E5355">
        <w:rPr>
          <w:b/>
          <w:lang w:val="it-IT"/>
        </w:rPr>
        <w:t xml:space="preserve"> / sospensione</w:t>
      </w:r>
      <w:r w:rsidRPr="009E5355">
        <w:rPr>
          <w:b/>
          <w:lang w:val="it-IT"/>
        </w:rPr>
        <w:t xml:space="preserve"> </w:t>
      </w:r>
      <w:r w:rsidRPr="009E5355">
        <w:rPr>
          <w:lang w:val="it-IT"/>
        </w:rPr>
        <w:t xml:space="preserve">dell'attività di locazione per finalità turistiche esercitata in forma </w:t>
      </w:r>
      <w:r w:rsidR="004E7E67" w:rsidRPr="009E5355">
        <w:rPr>
          <w:b/>
          <w:u w:val="single"/>
          <w:lang w:val="it-IT"/>
        </w:rPr>
        <w:t xml:space="preserve"> </w:t>
      </w:r>
      <w:r w:rsidRPr="009E5355">
        <w:rPr>
          <w:b/>
          <w:u w:val="single"/>
          <w:lang w:val="it-IT"/>
        </w:rPr>
        <w:t xml:space="preserve">non imprenditoriale </w:t>
      </w:r>
      <w:r w:rsidRPr="009E5355">
        <w:rPr>
          <w:lang w:val="it-IT"/>
        </w:rPr>
        <w:t>relativamente all'unità immobiliare sopra identificata, con decorrenza dal:</w:t>
      </w:r>
    </w:p>
    <w:p w:rsidR="00AB2383" w:rsidRPr="009E5355" w:rsidRDefault="009E5355">
      <w:pPr>
        <w:jc w:val="center"/>
        <w:rPr>
          <w:lang w:val="it-IT"/>
        </w:rPr>
      </w:pPr>
      <w:r>
        <w:rPr>
          <w:lang w:val="it-IT"/>
        </w:rPr>
        <w:t>__</w:t>
      </w:r>
      <w:r w:rsidR="006D1E68" w:rsidRPr="009E5355">
        <w:rPr>
          <w:lang w:val="it-IT"/>
        </w:rPr>
        <w:t>____ / ____</w:t>
      </w:r>
      <w:r>
        <w:rPr>
          <w:lang w:val="it-IT"/>
        </w:rPr>
        <w:t>__</w:t>
      </w:r>
      <w:r w:rsidR="006D1E68" w:rsidRPr="009E5355">
        <w:rPr>
          <w:lang w:val="it-IT"/>
        </w:rPr>
        <w:t xml:space="preserve"> / ______</w:t>
      </w:r>
    </w:p>
    <w:p w:rsidR="00AB2383" w:rsidRPr="009E5355" w:rsidRDefault="006D1E68">
      <w:pPr>
        <w:jc w:val="center"/>
        <w:rPr>
          <w:lang w:val="it-IT"/>
        </w:rPr>
      </w:pPr>
      <w:r w:rsidRPr="009E5355">
        <w:rPr>
          <w:b/>
          <w:lang w:val="it-IT"/>
        </w:rPr>
        <w:t>DICHIARA</w:t>
      </w:r>
    </w:p>
    <w:p w:rsidR="00AB2383" w:rsidRPr="009E5355" w:rsidRDefault="006D1E68">
      <w:pPr>
        <w:ind w:left="360" w:hanging="240"/>
        <w:rPr>
          <w:lang w:val="it-IT"/>
        </w:rPr>
      </w:pPr>
      <w:r w:rsidRPr="009E5355">
        <w:rPr>
          <w:b/>
          <w:lang w:val="it-IT"/>
        </w:rPr>
        <w:t xml:space="preserve">• </w:t>
      </w:r>
      <w:r w:rsidR="00C612C6" w:rsidRPr="009E5355">
        <w:rPr>
          <w:lang w:val="it-IT"/>
        </w:rPr>
        <w:t>che l'immobile risulta già registrato sulla piattaforma digitale</w:t>
      </w:r>
      <w:r w:rsidRPr="009E5355">
        <w:rPr>
          <w:lang w:val="it-IT"/>
        </w:rPr>
        <w:t xml:space="preserve"> DMS Pug</w:t>
      </w:r>
      <w:r w:rsidR="009A2E0A" w:rsidRPr="009E5355">
        <w:rPr>
          <w:lang w:val="it-IT"/>
        </w:rPr>
        <w:t>lia per i</w:t>
      </w:r>
      <w:r w:rsidRPr="009E5355">
        <w:rPr>
          <w:lang w:val="it-IT"/>
        </w:rPr>
        <w:t xml:space="preserve"> fini previs</w:t>
      </w:r>
      <w:r w:rsidR="00C612C6" w:rsidRPr="009E5355">
        <w:rPr>
          <w:lang w:val="it-IT"/>
        </w:rPr>
        <w:t>ti dalla normativa su</w:t>
      </w:r>
      <w:r w:rsidRPr="009E5355">
        <w:rPr>
          <w:lang w:val="it-IT"/>
        </w:rPr>
        <w:t>lle locazioni turistiche;</w:t>
      </w:r>
    </w:p>
    <w:p w:rsidR="00AB2383" w:rsidRPr="009E5355" w:rsidRDefault="006D1E68">
      <w:pPr>
        <w:ind w:left="360" w:hanging="240"/>
        <w:rPr>
          <w:lang w:val="it-IT"/>
        </w:rPr>
      </w:pPr>
      <w:r w:rsidRPr="009E5355">
        <w:rPr>
          <w:b/>
          <w:lang w:val="it-IT"/>
        </w:rPr>
        <w:t xml:space="preserve">• </w:t>
      </w:r>
      <w:r w:rsidR="00C612C6" w:rsidRPr="009E5355">
        <w:rPr>
          <w:lang w:val="it-IT"/>
        </w:rPr>
        <w:t xml:space="preserve">che l'attività viene </w:t>
      </w:r>
      <w:r w:rsidRPr="009E5355">
        <w:rPr>
          <w:lang w:val="it-IT"/>
        </w:rPr>
        <w:t xml:space="preserve"> esercitata in forma</w:t>
      </w:r>
      <w:r w:rsidRPr="009E5355">
        <w:rPr>
          <w:b/>
          <w:lang w:val="it-IT"/>
        </w:rPr>
        <w:t xml:space="preserve"> non imprenditoriale;</w:t>
      </w:r>
    </w:p>
    <w:p w:rsidR="00AB2383" w:rsidRPr="009E5355" w:rsidRDefault="006D1E68">
      <w:pPr>
        <w:ind w:left="360" w:hanging="240"/>
        <w:rPr>
          <w:lang w:val="it-IT"/>
        </w:rPr>
      </w:pPr>
      <w:r w:rsidRPr="009E5355">
        <w:rPr>
          <w:b/>
          <w:lang w:val="it-IT"/>
        </w:rPr>
        <w:t xml:space="preserve">• </w:t>
      </w:r>
      <w:r w:rsidRPr="009E5355">
        <w:rPr>
          <w:lang w:val="it-IT"/>
        </w:rPr>
        <w:t>che, alla data della presente comunicazione, per l'attività sopra indicata non è stata presentata Comunicazione di Inizio Attività (CIA) ai sensi della disciplina regionale sopravvenuta, trovandosi l'attività tra quelle già avviate e soggette al periodo transitorio di adeguamento previsto dalla normativa regionale;</w:t>
      </w:r>
    </w:p>
    <w:p w:rsidR="00AB2383" w:rsidRPr="009E5355" w:rsidRDefault="006D1E68">
      <w:pPr>
        <w:ind w:left="360" w:hanging="240"/>
        <w:rPr>
          <w:lang w:val="it-IT"/>
        </w:rPr>
      </w:pPr>
      <w:r w:rsidRPr="009E5355">
        <w:rPr>
          <w:b/>
          <w:lang w:val="it-IT"/>
        </w:rPr>
        <w:t xml:space="preserve">• </w:t>
      </w:r>
      <w:r w:rsidRPr="009E5355">
        <w:rPr>
          <w:lang w:val="it-IT"/>
        </w:rPr>
        <w:t>che il/la sot</w:t>
      </w:r>
      <w:r w:rsidR="00C612C6" w:rsidRPr="009E5355">
        <w:rPr>
          <w:lang w:val="it-IT"/>
        </w:rPr>
        <w:t xml:space="preserve">toscritto/a </w:t>
      </w:r>
      <w:r w:rsidR="00C612C6" w:rsidRPr="009E5355">
        <w:rPr>
          <w:b/>
          <w:lang w:val="it-IT"/>
        </w:rPr>
        <w:t>cessa</w:t>
      </w:r>
      <w:r w:rsidR="009E5355" w:rsidRPr="009E5355">
        <w:rPr>
          <w:b/>
          <w:lang w:val="it-IT"/>
        </w:rPr>
        <w:t>/sospende</w:t>
      </w:r>
      <w:r w:rsidR="009E5355">
        <w:rPr>
          <w:lang w:val="it-IT"/>
        </w:rPr>
        <w:t xml:space="preserve"> </w:t>
      </w:r>
      <w:r w:rsidRPr="009E5355">
        <w:rPr>
          <w:lang w:val="it-IT"/>
        </w:rPr>
        <w:t xml:space="preserve"> l'attività prima della scadenza del periodo transitorio previsto per l'adeguamento delle attività preesistenti;</w:t>
      </w:r>
    </w:p>
    <w:p w:rsidR="00AB2383" w:rsidRPr="009E5355" w:rsidRDefault="006D1E68">
      <w:pPr>
        <w:ind w:left="360" w:hanging="240"/>
        <w:rPr>
          <w:lang w:val="it-IT"/>
        </w:rPr>
      </w:pPr>
      <w:r w:rsidRPr="009E5355">
        <w:rPr>
          <w:b/>
          <w:lang w:val="it-IT"/>
        </w:rPr>
        <w:t xml:space="preserve">• </w:t>
      </w:r>
      <w:r w:rsidRPr="009E5355">
        <w:rPr>
          <w:lang w:val="it-IT"/>
        </w:rPr>
        <w:t xml:space="preserve">che, a decorrere dalla data di </w:t>
      </w:r>
      <w:r w:rsidRPr="009E5355">
        <w:rPr>
          <w:b/>
          <w:sz w:val="24"/>
          <w:szCs w:val="24"/>
          <w:lang w:val="it-IT"/>
        </w:rPr>
        <w:t>cessazione</w:t>
      </w:r>
      <w:r w:rsidR="009E5355" w:rsidRPr="009E5355">
        <w:rPr>
          <w:b/>
          <w:sz w:val="24"/>
          <w:szCs w:val="24"/>
          <w:lang w:val="it-IT"/>
        </w:rPr>
        <w:t>/sospensione</w:t>
      </w:r>
      <w:r w:rsidR="009E5355">
        <w:rPr>
          <w:lang w:val="it-IT"/>
        </w:rPr>
        <w:t xml:space="preserve"> </w:t>
      </w:r>
      <w:r w:rsidRPr="009E5355">
        <w:rPr>
          <w:lang w:val="it-IT"/>
        </w:rPr>
        <w:t xml:space="preserve"> sopra indicata, </w:t>
      </w:r>
      <w:r w:rsidR="00C612C6" w:rsidRPr="009E5355">
        <w:rPr>
          <w:lang w:val="it-IT"/>
        </w:rPr>
        <w:t>nel</w:t>
      </w:r>
      <w:r w:rsidRPr="009E5355">
        <w:rPr>
          <w:lang w:val="it-IT"/>
        </w:rPr>
        <w:t>l'</w:t>
      </w:r>
      <w:r w:rsidR="00C612C6" w:rsidRPr="009E5355">
        <w:rPr>
          <w:lang w:val="it-IT"/>
        </w:rPr>
        <w:t>immobile non sarà più esercitata  alcuna attività di locazione turistica</w:t>
      </w:r>
      <w:r w:rsidR="00EC3EBB" w:rsidRPr="009E5355">
        <w:rPr>
          <w:lang w:val="it-IT"/>
        </w:rPr>
        <w:t xml:space="preserve"> in forma </w:t>
      </w:r>
      <w:r w:rsidR="004E7E67" w:rsidRPr="009E5355">
        <w:rPr>
          <w:b/>
          <w:lang w:val="it-IT"/>
        </w:rPr>
        <w:t xml:space="preserve">non </w:t>
      </w:r>
      <w:proofErr w:type="spellStart"/>
      <w:r w:rsidR="004E7E67" w:rsidRPr="009E5355">
        <w:rPr>
          <w:b/>
          <w:lang w:val="it-IT"/>
        </w:rPr>
        <w:t>impreditoriale</w:t>
      </w:r>
      <w:proofErr w:type="spellEnd"/>
      <w:r w:rsidRPr="009E5355">
        <w:rPr>
          <w:lang w:val="it-IT"/>
        </w:rPr>
        <w:t xml:space="preserve"> su</w:t>
      </w:r>
      <w:r w:rsidR="00C807AA" w:rsidRPr="009E5355">
        <w:rPr>
          <w:lang w:val="it-IT"/>
        </w:rPr>
        <w:t>lla base</w:t>
      </w:r>
      <w:r w:rsidRPr="009E5355">
        <w:rPr>
          <w:lang w:val="it-IT"/>
        </w:rPr>
        <w:t xml:space="preserve"> della presente comunicazione;</w:t>
      </w:r>
    </w:p>
    <w:p w:rsidR="00AB2383" w:rsidRPr="009E5355" w:rsidRDefault="006D1E68" w:rsidP="00C807AA">
      <w:pPr>
        <w:ind w:left="360" w:hanging="240"/>
        <w:rPr>
          <w:lang w:val="it-IT"/>
        </w:rPr>
      </w:pPr>
      <w:r w:rsidRPr="009E5355">
        <w:rPr>
          <w:b/>
          <w:lang w:val="it-IT"/>
        </w:rPr>
        <w:lastRenderedPageBreak/>
        <w:t xml:space="preserve">• </w:t>
      </w:r>
      <w:r w:rsidRPr="009E5355">
        <w:rPr>
          <w:lang w:val="it-IT"/>
        </w:rPr>
        <w:t xml:space="preserve">che saranno conseguentemente effettuati, ove necessari, gli adempimenti di </w:t>
      </w:r>
      <w:r w:rsidRPr="009E5355">
        <w:rPr>
          <w:b/>
          <w:sz w:val="24"/>
          <w:szCs w:val="24"/>
          <w:lang w:val="it-IT"/>
        </w:rPr>
        <w:t>cessazione/</w:t>
      </w:r>
      <w:r w:rsidR="009E5355" w:rsidRPr="009E5355">
        <w:rPr>
          <w:b/>
          <w:sz w:val="24"/>
          <w:szCs w:val="24"/>
          <w:lang w:val="it-IT"/>
        </w:rPr>
        <w:t>sospensione</w:t>
      </w:r>
      <w:r w:rsidR="009E5355">
        <w:rPr>
          <w:lang w:val="it-IT"/>
        </w:rPr>
        <w:t xml:space="preserve"> </w:t>
      </w:r>
      <w:r w:rsidRPr="00192FE9">
        <w:rPr>
          <w:b/>
          <w:lang w:val="it-IT"/>
        </w:rPr>
        <w:t xml:space="preserve">aggiornamento </w:t>
      </w:r>
      <w:r w:rsidRPr="009E5355">
        <w:rPr>
          <w:lang w:val="it-IT"/>
        </w:rPr>
        <w:t>della relativa pos</w:t>
      </w:r>
      <w:r w:rsidR="00C807AA" w:rsidRPr="009E5355">
        <w:rPr>
          <w:lang w:val="it-IT"/>
        </w:rPr>
        <w:t>izione sulla Piattaforma Digitale</w:t>
      </w:r>
      <w:r w:rsidRPr="009E5355">
        <w:rPr>
          <w:lang w:val="it-IT"/>
        </w:rPr>
        <w:t xml:space="preserve"> DMS Puglia e degli ulteriori codici o registrazioni collegati alla cessata attività, secondo le procedure previste dagli enti competenti.</w:t>
      </w:r>
    </w:p>
    <w:p w:rsidR="00AB2383" w:rsidRPr="009E5355" w:rsidRDefault="006D1E68">
      <w:pPr>
        <w:rPr>
          <w:lang w:val="it-IT"/>
        </w:rPr>
      </w:pPr>
      <w:r w:rsidRPr="009E5355">
        <w:rPr>
          <w:lang w:val="it-IT"/>
        </w:rPr>
        <w:t>Il/La sottoscritto/a resta disponibile per eventuali integrazioni docume</w:t>
      </w:r>
      <w:r w:rsidR="00C807AA" w:rsidRPr="009E5355">
        <w:rPr>
          <w:lang w:val="it-IT"/>
        </w:rPr>
        <w:t xml:space="preserve">ntali o adempimenti che l’ufficio ritenga necessari per la </w:t>
      </w:r>
      <w:r w:rsidRPr="009E5355">
        <w:rPr>
          <w:lang w:val="it-IT"/>
        </w:rPr>
        <w:t xml:space="preserve">corretta registrazione della </w:t>
      </w:r>
      <w:r w:rsidR="00C807AA" w:rsidRPr="009E5355">
        <w:rPr>
          <w:lang w:val="it-IT"/>
        </w:rPr>
        <w:t xml:space="preserve">avvenuta </w:t>
      </w:r>
      <w:r w:rsidRPr="004749FB">
        <w:rPr>
          <w:b/>
          <w:lang w:val="it-IT"/>
        </w:rPr>
        <w:t>cessazione</w:t>
      </w:r>
      <w:r w:rsidR="004749FB" w:rsidRPr="004749FB">
        <w:rPr>
          <w:b/>
          <w:lang w:val="it-IT"/>
        </w:rPr>
        <w:t>/sospensione</w:t>
      </w:r>
      <w:r w:rsidR="004749FB">
        <w:rPr>
          <w:lang w:val="it-IT"/>
        </w:rPr>
        <w:t xml:space="preserve"> dell’attività</w:t>
      </w:r>
      <w:r w:rsidRPr="009E5355">
        <w:rPr>
          <w:lang w:val="it-IT"/>
        </w:rPr>
        <w:t>.</w:t>
      </w:r>
    </w:p>
    <w:p w:rsidR="00AB2383" w:rsidRPr="009E5355" w:rsidRDefault="006D1E68">
      <w:pPr>
        <w:rPr>
          <w:lang w:val="it-IT"/>
        </w:rPr>
      </w:pPr>
      <w:r w:rsidRPr="009E5355">
        <w:rPr>
          <w:b/>
          <w:lang w:val="it-IT"/>
        </w:rPr>
        <w:t>ALLEGATI</w:t>
      </w:r>
      <w:r w:rsidR="009E5355" w:rsidRPr="009E5355">
        <w:rPr>
          <w:b/>
          <w:lang w:val="it-IT"/>
        </w:rPr>
        <w:t>:</w:t>
      </w:r>
    </w:p>
    <w:p w:rsidR="00AB2383" w:rsidRPr="009E5355" w:rsidRDefault="006D1E68">
      <w:pPr>
        <w:ind w:left="360"/>
        <w:rPr>
          <w:lang w:val="it-IT"/>
        </w:rPr>
      </w:pPr>
      <w:r w:rsidRPr="009E5355">
        <w:rPr>
          <w:lang w:val="it-IT"/>
        </w:rPr>
        <w:t>Documento di identità del proprietario/dichiarante;</w:t>
      </w:r>
    </w:p>
    <w:p w:rsidR="00AB2383" w:rsidRPr="009E5355" w:rsidRDefault="006D1E68">
      <w:pPr>
        <w:ind w:left="360"/>
        <w:rPr>
          <w:lang w:val="it-IT"/>
        </w:rPr>
      </w:pPr>
      <w:r w:rsidRPr="009E5355">
        <w:rPr>
          <w:lang w:val="it-IT"/>
        </w:rPr>
        <w:t>Codice fiscale del proprietario/dichiarante;</w:t>
      </w:r>
    </w:p>
    <w:p w:rsidR="00AB2383" w:rsidRPr="009E5355" w:rsidRDefault="006D1E68">
      <w:pPr>
        <w:ind w:left="360"/>
        <w:rPr>
          <w:lang w:val="it-IT"/>
        </w:rPr>
      </w:pPr>
      <w:r w:rsidRPr="009E5355">
        <w:rPr>
          <w:lang w:val="it-IT"/>
        </w:rPr>
        <w:t>Documentazione attestante CIR e CIN.</w:t>
      </w:r>
    </w:p>
    <w:p w:rsidR="00AB2383" w:rsidRPr="009E5355" w:rsidRDefault="00AB2383">
      <w:pPr>
        <w:rPr>
          <w:lang w:val="it-IT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3915"/>
        <w:gridCol w:w="2011"/>
        <w:gridCol w:w="3914"/>
      </w:tblGrid>
      <w:tr w:rsidR="006D1E68" w:rsidTr="006D1E68">
        <w:trPr>
          <w:jc w:val="center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E68" w:rsidRDefault="006D1E68">
            <w:proofErr w:type="spellStart"/>
            <w:r>
              <w:t>Luogo</w:t>
            </w:r>
            <w:proofErr w:type="spellEnd"/>
            <w:r>
              <w:t xml:space="preserve"> e data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6D1E68" w:rsidRDefault="006D1E68"/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E68" w:rsidRDefault="006D1E68">
            <w:r>
              <w:t xml:space="preserve">Firma del </w:t>
            </w:r>
            <w:proofErr w:type="spellStart"/>
            <w:r>
              <w:t>proprietario</w:t>
            </w:r>
            <w:proofErr w:type="spellEnd"/>
            <w:r>
              <w:t xml:space="preserve"> / </w:t>
            </w:r>
            <w:proofErr w:type="spellStart"/>
            <w:r>
              <w:t>dichiarante</w:t>
            </w:r>
            <w:proofErr w:type="spellEnd"/>
          </w:p>
        </w:tc>
      </w:tr>
      <w:tr w:rsidR="006D1E68" w:rsidTr="006D1E68">
        <w:trPr>
          <w:jc w:val="center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E68" w:rsidRDefault="006D1E68">
            <w:r>
              <w:br/>
              <w:t>____________________________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6D1E68" w:rsidRDefault="006D1E68"/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E68" w:rsidRPr="006D1E68" w:rsidRDefault="006D1E68" w:rsidP="006D1E68">
            <w:pPr>
              <w:rPr>
                <w:u w:val="single"/>
              </w:rPr>
            </w:pPr>
            <w:r w:rsidRPr="006D1E68">
              <w:rPr>
                <w:u w:val="single"/>
              </w:rPr>
              <w:br/>
              <w:t xml:space="preserve">____________________________ </w:t>
            </w:r>
            <w:r>
              <w:rPr>
                <w:u w:val="single"/>
              </w:rPr>
              <w:t>_____</w:t>
            </w:r>
          </w:p>
        </w:tc>
      </w:tr>
    </w:tbl>
    <w:p w:rsidR="003C158D" w:rsidRDefault="003C158D"/>
    <w:p w:rsidR="00EC3EBB" w:rsidRDefault="00EC3EBB"/>
    <w:p w:rsidR="00EC3EBB" w:rsidRPr="009E5355" w:rsidRDefault="004C5B0D" w:rsidP="00C3021A">
      <w:pPr>
        <w:jc w:val="center"/>
        <w:rPr>
          <w:b/>
          <w:sz w:val="24"/>
          <w:szCs w:val="24"/>
          <w:u w:val="single"/>
          <w:lang w:val="it-IT"/>
        </w:rPr>
      </w:pPr>
      <w:r w:rsidRPr="009E5355">
        <w:rPr>
          <w:b/>
          <w:sz w:val="24"/>
          <w:szCs w:val="24"/>
          <w:u w:val="single"/>
          <w:lang w:val="it-IT"/>
        </w:rPr>
        <w:t xml:space="preserve">N.B. BARRARE </w:t>
      </w:r>
      <w:r w:rsidR="00D160AA" w:rsidRPr="009E5355">
        <w:rPr>
          <w:b/>
          <w:sz w:val="24"/>
          <w:szCs w:val="24"/>
          <w:u w:val="single"/>
          <w:lang w:val="it-IT"/>
        </w:rPr>
        <w:t xml:space="preserve">LA </w:t>
      </w:r>
      <w:r w:rsidRPr="009E5355">
        <w:rPr>
          <w:b/>
          <w:sz w:val="24"/>
          <w:szCs w:val="24"/>
          <w:u w:val="single"/>
          <w:lang w:val="it-IT"/>
        </w:rPr>
        <w:t>COMUNICAZIONE</w:t>
      </w:r>
      <w:r w:rsidR="00EC3EBB" w:rsidRPr="009E5355">
        <w:rPr>
          <w:b/>
          <w:sz w:val="24"/>
          <w:szCs w:val="24"/>
          <w:u w:val="single"/>
          <w:lang w:val="it-IT"/>
        </w:rPr>
        <w:t xml:space="preserve"> NON RICHIESTA</w:t>
      </w:r>
    </w:p>
    <w:sectPr w:rsidR="00EC3EBB" w:rsidRPr="009E5355" w:rsidSect="00034616">
      <w:pgSz w:w="12240" w:h="15840"/>
      <w:pgMar w:top="1000" w:right="1200" w:bottom="1000" w:left="12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02A53"/>
    <w:rsid w:val="0015074B"/>
    <w:rsid w:val="00192FE9"/>
    <w:rsid w:val="001F59AF"/>
    <w:rsid w:val="0029639D"/>
    <w:rsid w:val="00326F90"/>
    <w:rsid w:val="003C158D"/>
    <w:rsid w:val="004106EE"/>
    <w:rsid w:val="004749FB"/>
    <w:rsid w:val="004C5B0D"/>
    <w:rsid w:val="004E7E67"/>
    <w:rsid w:val="006D1E68"/>
    <w:rsid w:val="00762A30"/>
    <w:rsid w:val="007F6959"/>
    <w:rsid w:val="0081295E"/>
    <w:rsid w:val="009A2E0A"/>
    <w:rsid w:val="009E5355"/>
    <w:rsid w:val="00AA1D8D"/>
    <w:rsid w:val="00AB2383"/>
    <w:rsid w:val="00B014F4"/>
    <w:rsid w:val="00B47730"/>
    <w:rsid w:val="00BF65E9"/>
    <w:rsid w:val="00C3021A"/>
    <w:rsid w:val="00C612C6"/>
    <w:rsid w:val="00C807AA"/>
    <w:rsid w:val="00CB0664"/>
    <w:rsid w:val="00D160AA"/>
    <w:rsid w:val="00EC3EBB"/>
    <w:rsid w:val="00EC6799"/>
    <w:rsid w:val="00FC693F"/>
    <w:rsid w:val="00FE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2C6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Tabellanormale"/>
    <w:uiPriority w:val="99"/>
    <w:rsid w:val="009A2E0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ellanormale"/>
    <w:uiPriority w:val="99"/>
    <w:rsid w:val="009A2E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">
    <w:name w:val="Plain Table 1"/>
    <w:basedOn w:val="Tabellanormale"/>
    <w:uiPriority w:val="99"/>
    <w:rsid w:val="009A2E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ellanormale"/>
    <w:uiPriority w:val="99"/>
    <w:rsid w:val="009A2E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lanormale"/>
    <w:uiPriority w:val="99"/>
    <w:rsid w:val="009A2E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lanormale"/>
    <w:uiPriority w:val="99"/>
    <w:rsid w:val="009A2E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407A16-6016-46E6-8159-E0258DD5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tenuzzo</cp:lastModifiedBy>
  <cp:revision>5</cp:revision>
  <cp:lastPrinted>2026-09-24T11:33:00Z</cp:lastPrinted>
  <dcterms:created xsi:type="dcterms:W3CDTF">2026-09-29T06:36:00Z</dcterms:created>
  <dcterms:modified xsi:type="dcterms:W3CDTF">2026-09-29T06:42:00Z</dcterms:modified>
</cp:coreProperties>
</file>